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0B6FB8"/>
          <w:sz w:val="18"/>
        </w:rPr>
        <w:t>TEMPLATE</w:t>
      </w:r>
    </w:p>
    <w:p>
      <w:pPr>
        <w:pStyle w:val="Title"/>
        <w:spacing w:after="200"/>
      </w:pPr>
      <w:r>
        <w:t>Policy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Policy owner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Applies to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  <w:t>All employees and contractors</w:t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Version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  <w:t>1.0</w:t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Effective date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Last reviewed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Next review due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Approved by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80"/>
      </w:pP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1. Purpose</w:t>
      </w:r>
    </w:p>
    <w:p>
      <w:r>
        <w:rPr>
          <w:i/>
          <w:color w:val="8A97A8"/>
          <w:sz w:val="20"/>
        </w:rPr>
        <w:t>[Why this policy exists and what it is for.]</w:t>
      </w: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2. Scope</w:t>
      </w:r>
    </w:p>
    <w:p>
      <w:r>
        <w:rPr>
          <w:i/>
          <w:color w:val="8A97A8"/>
          <w:sz w:val="20"/>
        </w:rPr>
        <w:t>[Who it applies to, and what it covers.]</w:t>
      </w: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3. Policy statement</w:t>
      </w:r>
    </w:p>
    <w:p>
      <w:r>
        <w:rPr>
          <w:i/>
          <w:color w:val="8A97A8"/>
          <w:sz w:val="20"/>
        </w:rPr>
        <w:t>[What the company requires. One clause per rule.]</w:t>
      </w: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4. Responsibilities</w:t>
      </w:r>
    </w:p>
    <w:p>
      <w:r>
        <w:rPr>
          <w:i/>
          <w:color w:val="8A97A8"/>
          <w:sz w:val="20"/>
        </w:rPr>
        <w:t>[Who is accountable for what.]</w:t>
      </w: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5. Breaches</w:t>
      </w:r>
    </w:p>
    <w:p>
      <w:r>
        <w:rPr>
          <w:i/>
          <w:color w:val="8A97A8"/>
          <w:sz w:val="20"/>
        </w:rPr>
        <w:t>[What happens when the policy is not followed.]</w:t>
      </w: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1296"/>
            <w:shd w:val="clear" w:fill="EEF4FA"/>
          </w:tcPr>
          <w:p>
            <w:r/>
            <w:r>
              <w:rPr>
                <w:b/>
                <w:sz w:val="20"/>
              </w:rPr>
              <w:t>Version</w:t>
            </w:r>
          </w:p>
        </w:tc>
        <w:tc>
          <w:tcPr>
            <w:tcW w:type="dxa" w:w="1728"/>
            <w:shd w:val="clear" w:fill="EEF4FA"/>
          </w:tcPr>
          <w:p>
            <w:r/>
            <w:r>
              <w:rPr>
                <w:b/>
                <w:sz w:val="20"/>
              </w:rPr>
              <w:t>Date</w:t>
            </w:r>
          </w:p>
        </w:tc>
        <w:tc>
          <w:tcPr>
            <w:tcW w:type="dxa" w:w="2592"/>
            <w:shd w:val="clear" w:fill="EEF4FA"/>
          </w:tcPr>
          <w:p>
            <w:r/>
            <w:r>
              <w:rPr>
                <w:b/>
                <w:sz w:val="20"/>
              </w:rPr>
              <w:t>Changed by</w:t>
            </w:r>
          </w:p>
        </w:tc>
        <w:tc>
          <w:tcPr>
            <w:tcW w:type="dxa" w:w="3456"/>
            <w:shd w:val="clear" w:fill="EEF4FA"/>
          </w:tcPr>
          <w:p>
            <w:r/>
            <w:r>
              <w:rPr>
                <w:b/>
                <w:sz w:val="20"/>
              </w:rPr>
              <w:t>What changed</w:t>
            </w:r>
          </w:p>
        </w:tc>
      </w:tr>
      <w:tr>
        <w:tc>
          <w:tcPr>
            <w:tcW w:type="dxa" w:w="2412"/>
          </w:tcPr>
          <w:p>
            <w:r/>
            <w:r>
              <w:rPr>
                <w:b w:val="0"/>
                <w:sz w:val="20"/>
              </w:rPr>
              <w:t>1.0</w:t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  <w:t>First issue</w:t>
            </w:r>
          </w:p>
        </w:tc>
      </w:tr>
      <w:tr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spacing w:before="320" w:after="120"/>
      </w:pPr>
      <w:r>
        <w:rPr>
          <w:b/>
          <w:color w:val="0B6FB8"/>
          <w:sz w:val="22"/>
        </w:rPr>
        <w:t>ACKNOWLEDGEMENT</w:t>
      </w:r>
    </w:p>
    <w:p>
      <w:r>
        <w:t>I confirm that I have read and understood this policy, and agree to follow it.</w:t>
      </w:r>
    </w:p>
    <w:p>
      <w:pPr>
        <w:spacing w:before="200"/>
      </w:pPr>
      <w:r>
        <w:rPr>
          <w:b/>
        </w:rPr>
        <w:br/>
        <w:t xml:space="preserve">Name: </w:t>
      </w:r>
      <w:r>
        <w:t>____________________________</w:t>
      </w:r>
      <w:r>
        <w:rPr>
          <w:b/>
        </w:rPr>
        <w:t xml:space="preserve">    Signed: </w:t>
      </w:r>
      <w:r>
        <w:t>________________________</w:t>
      </w:r>
      <w:r>
        <w:rPr>
          <w:b/>
        </w:rPr>
        <w:t xml:space="preserve">    Date: </w:t>
      </w:r>
      <w:r>
        <w:t>________________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A8A9E"/>
        <w:sz w:val="16"/>
      </w:rPr>
      <w:t>Policy  ·  template from workflawless.com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